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E1E78"/>
          <w:sz w:val="44"/>
        </w:rPr>
        <w:t>ARNAV GUMBER</w:t>
        <w:br/>
      </w:r>
      <w:r>
        <w:rPr>
          <w:b/>
        </w:rPr>
        <w:t>Aspiring Software Engineer | Founder, FalconLab</w:t>
        <w:br/>
      </w:r>
      <w:r>
        <w:t>Portfolio: arnavgumber.in | Email: arnavgumber.ag@gmail.com | GitHub: github.com/&lt;username&gt; | LinkedIn: linkedin.com/in/&lt;username&gt;</w:t>
      </w:r>
    </w:p>
    <w:p>
      <w:r>
        <w:rPr>
          <w:b/>
          <w:color w:val="1E1E78"/>
          <w:sz w:val="22"/>
        </w:rPr>
        <w:t>PROFILE</w:t>
      </w:r>
    </w:p>
    <w:p>
      <w:r>
        <w:t>Self-taught full-stack developer with experience building production-ready web applications, an online examination platform, and client websites. Strong foundation in React, Node.js, Firebase, JavaScript and Python with interests in software engineering, AI and scalable products.</w:t>
      </w:r>
    </w:p>
    <w:p>
      <w:r>
        <w:rPr>
          <w:b/>
          <w:color w:val="1E1E78"/>
          <w:sz w:val="22"/>
        </w:rPr>
        <w:t>TECHNICAL SKILLS</w:t>
      </w:r>
    </w:p>
    <w:p>
      <w:r>
        <w:t>Languages: JavaScript, Python, HTML, CSS</w:t>
        <w:br/>
        <w:t>Frontend: React, Vite</w:t>
        <w:br/>
        <w:t>Backend: Node.js, Express.js</w:t>
        <w:br/>
        <w:t>Database: Firebase, MongoDB</w:t>
        <w:br/>
        <w:t>Tools: Git, GitHub, VS Code, Render</w:t>
      </w:r>
    </w:p>
    <w:p>
      <w:r>
        <w:rPr>
          <w:b/>
          <w:color w:val="1E1E78"/>
          <w:sz w:val="22"/>
        </w:rPr>
        <w:t>PROJECTS</w:t>
      </w:r>
    </w:p>
    <w:p>
      <w:pPr>
        <w:pStyle w:val="ListBullet"/>
      </w:pPr>
      <w:r>
        <w:t>FalconLab Testing System — Built an NTA-style examination platform with teacher dashboard, timed tests, image questions, automatic evaluation, admit cards and analytics.</w:t>
      </w:r>
    </w:p>
    <w:p>
      <w:pPr>
        <w:pStyle w:val="ListBullet"/>
      </w:pPr>
      <w:r>
        <w:t>FalconLab Startup — Founded an edtech/web development startup delivering websites and custom software solutions.</w:t>
      </w:r>
    </w:p>
    <w:p>
      <w:pPr>
        <w:pStyle w:val="ListBullet"/>
      </w:pPr>
      <w:r>
        <w:t>Responsive Business Websites — Developed modern landing pages for schools, coaching institutes and businesses.</w:t>
      </w:r>
    </w:p>
    <w:p>
      <w:r>
        <w:rPr>
          <w:b/>
          <w:color w:val="1E1E78"/>
          <w:sz w:val="22"/>
        </w:rPr>
        <w:t>EXPERIENCE</w:t>
      </w:r>
    </w:p>
    <w:p>
      <w:r>
        <w:t>Founder, FalconLab (2026–Present)</w:t>
      </w:r>
    </w:p>
    <w:p>
      <w:pPr>
        <w:pStyle w:val="ListBullet"/>
      </w:pPr>
      <w:r>
        <w:t>Designed, developed and deployed web products end-to-end.</w:t>
      </w:r>
    </w:p>
    <w:p>
      <w:pPr>
        <w:pStyle w:val="ListBullet"/>
      </w:pPr>
      <w:r>
        <w:t>Managed hosting, deployment and client communication.</w:t>
      </w:r>
    </w:p>
    <w:p>
      <w:r>
        <w:rPr>
          <w:b/>
          <w:color w:val="1E1E78"/>
          <w:sz w:val="22"/>
        </w:rPr>
        <w:t>EDUCATION</w:t>
      </w:r>
    </w:p>
    <w:p>
      <w:r>
        <w:t>Bachelor of Technology (Expected 2026–2030)</w:t>
        <w:br/>
        <w:t>JEE Main Qualified</w:t>
      </w:r>
    </w:p>
    <w:p>
      <w:r>
        <w:rPr>
          <w:b/>
          <w:color w:val="1E1E78"/>
          <w:sz w:val="22"/>
        </w:rPr>
        <w:t>ACHIEVEMENTS</w:t>
      </w:r>
    </w:p>
    <w:p>
      <w:pPr>
        <w:pStyle w:val="ListBullet"/>
      </w:pPr>
      <w:r>
        <w:t>Started programming in Class 7.</w:t>
      </w:r>
    </w:p>
    <w:p>
      <w:pPr>
        <w:pStyle w:val="ListBullet"/>
      </w:pPr>
      <w:r>
        <w:t>Built and launched a commercial online testing platform.</w:t>
      </w:r>
    </w:p>
    <w:p>
      <w:pPr>
        <w:pStyle w:val="ListBullet"/>
      </w:pPr>
      <w:r>
        <w:t>Continuously learning React, Python, AI and modern software engineering.</w:t>
      </w:r>
    </w:p>
    <w:sectPr w:rsidR="00FC693F" w:rsidRPr="0006063C" w:rsidSect="00034616">
      <w:pgSz w:w="12240" w:h="15840"/>
      <w:pgMar w:top="640" w:right="640" w:bottom="640" w:left="6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